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בחנות – עלבון, מספר גיבור ושני מישורי זמן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🎯 מטרה: לנתח את העימות בחנות ואת מבנה חלק ב׳ · להבין מהו מספר גיבור ומה הם שני מישורי הזמן · לדון בשאלה: האם הייתה כאן העמדת פנים?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⏱️ זמן מומלץ: 45 דקות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👥 מסלול: חנ״מ · חט״ב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🔗 הפעילות באתר: https://sifrut-hachaver.sites.tab.bot/shiur3.html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פתיחה (5 דק׳): "מילה שנשארה": חשבו (בלי לשתף) על מילה פוגעת ששמעתם או אמרתם ונשארה איתכם. למה מילים נשארות?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קריאה (10 דק׳): קוראים במקראה את המפגש בחנות ואת הסיום. שתי עמודות על הלוח: מה עשה החבר / מה עשה המספר.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ניתוח (12 דק׳): מי פגע ראשון? איזה עלבון קשה יותר ולמה? מה פירוש "איני יודע מי צר בשבילי…"? מושגים: מספר גיבור (גוף ראשון, סובייקטיבי) ושני מישורי זמן – הנער שפעל, והמבוגר שמבין.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דיון בשתי טענות (13 דק׳): הכיתה מתחלקת לשתי קבוצות: "הם העמידו פנים" מול "לא הייתה כאן העמדת פנים". כל קבוצה מביאה שלוש ראיות מהיצירה. סיכום: מה שתי הטענות מלמדות על התדמית?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סגירה (5 דק׳): שאלה למחשבה: מתי יכול היה המספר למנוע את ההידרדרות? כתבו רגע אחד ומה היה צריך לעשות.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בגרסה זו: פחות פריטים, בנק מילים, אותיות גדולות. אפשר להקריא כל שאלה בקול.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אין צורך במגבלת זמן; מומלץ לעבוד חלק אחר חלק.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תשובה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ג – המספר מגלה במקרה שהחבר עובד בחנות הדוד.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ד – תיאור מראה עלוב: בגד צר וקצר, חיוך מאולץ; המספר קר ושותק.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א – עימות מילולי: "חרשן" מול "בן של משרתת".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 – המספר רואה את פגיעת החבר, אהבתו חוזרת – והוא נמלט.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 – מספר בגוף ראשון שהוא גם דמות בסיפור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בעד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החבר אמר שהאישה היא המשרתת שלו. / האם לקחה את הילקוט "כמו משרתת". / החבר הסתיר את עוניו ואת ביתו.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נגד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החבר לא אמר שהוא עשיר – הכיתה דמיינה זאת. / האם באמת שירתה את בנה מתוך אהבה ומסירות. / בגדיו המסודרים היו אמיתיים – אמו דאגה לו.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ד׳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תשובה אישית: רעיון מרכזי ברור, נימוק/דוגמה, משפטים שלמים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🏪 בחנות – עלבון, מספר גיבור ושני מישורי זמן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דף עבודה לשיעור. קראו את הקטע במקראה הכיתתית וענו.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🧺 בנק מילים – אפשר להיעזר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בנק מילים: רב־מלאך  |  תדמית  |  בוז  |  בושה  |  עוני  |  משרתת  |  אמא  |  חנות  |  חרטה  |  יתום  |  צמה  |  סוד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מבנה עלילה – חלק ב׳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אות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פתיחה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א. עימות מילולי: "חרשן" מול "בן של משרתת".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סיבוך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ב. המספר רואה את פגיעת החבר, אהבתו חוזרת – והוא נמלט.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שיא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ג. המספר מגלה במקרה שהחבר עובד בחנות הדוד.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התרה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ד. תיאור מראה עלוב: בגד צר וקצר, חיוך מאולץ; המספר קר ושותק.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העימות בחנות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1. מהו "מספר גיבור"?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מספר שיודע הכול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מספר בגוף ראשון שהוא גם דמות בסיפור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ג. דמות שמצילה אחרים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שתי טענות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"העמידו פנים" – ראיות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"לא העמידו פנים" – ראיות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כתיבה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מלאו מדרגות עלילה לחלק ב׳.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דבר אחד שלמדתי היום: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שאלה שעדיין יש לי: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איך הרגשתי בתרגול? 😀 🙂 😐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בחנות – עלבון, מספר גיבור ושני מישורי זמן – דף תרגול (חנ״מ)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